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כדאי לעצור ולחשוב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חנות 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לשאול את עצמי אם אני באמת צריך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11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צורך זה דבר שחייבים, רצון זה דבר שבא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להשוות מחירים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התנהגות של צרכנות 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לא כל הנחה הופכת קנייה לנכונה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בודקים שקיבלנו את הכסף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(כסף שחוזר אחרי התשלום)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איפה המוצר זול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(דבר שרק בא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(כמות הכסף שיש לבזבז)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זה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מחירים בין 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אם יש מספיק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קונים ובודקים 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 קנייה ושלב של חשיבה או השוואה לפני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שהתלמיד יסביר שאי אפשר לקנות את שניהם יחד כי זה 22 שקל, ויבחר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2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לקנות במחיר הכי משתלם ולחסוך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- למשל אוכל הוא צורך, צעצוע הוא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פתקי כסף מדומים כדי לתרגל חישוב עודף בצורה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אמיתיות מהחיים של התלמידים לגבי צורך מול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של קונה ומוכר כדי לתרגל את המיומנויות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נלמד: לחשב כסף, להשוות מחירים, ולחשוב לפני שקונים.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שמקבלים בחזרה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עולה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השוואת מחירים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באיזו חנות המוצר זול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אחרי שחשבתי וחישבתי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מהירה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בלי לחשוב, בלי לבדוק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לי לבזבז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הורדת מחיר זמנית למוצר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 מול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באמת צריך מול דבר שרק בא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עט עולה 7 ש״ח, נתת 10 ש״ח. כמה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חנות זולה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בשתיהן באותו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לחשוב רגע לפני 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את עצמי אם אני באמת צריך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הכי הרבה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לקנות שום דבר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חטיף 5 שקל, שתייה 6 שקל. כמה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דבר שצריך לדבר שרוצים?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זה דבר שחייבים, רצון זה דבר שבא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זה דבר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דבר יקר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כדאי לקנות בחנות הראשונה שרואים בלי להשוות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שמקבלים בחזרה אחרי התשלום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קונה נבון עוצר לחשוב לפני שהוא קונה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הנחה על מוצר, תמיד כדאי לקנות אותו גם אם לא צריך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חישוב עודף הוא כישור חשוב של קונה נבון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הכסף שמקבלים בחזרה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שקונים כדאי __________ מחירים בין 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קונה נבון עוצר ל__________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שבאמת צריך נקרא __________, ודבר שרק בא לי נקרא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כמות הכסף שיש לי לבזבז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שבאמת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השוואת 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שחוזר אחרי התשלום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הכסף שיש לבזבז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איפה המוצר זול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שרק בא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קונים ובודקים את העודף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מוצר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אם יש מספיק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מחירים בין חנויות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זה צורך או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עצרתם לחשוב לפני שקניתם משהו. מה קרה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יש לכם 20 שקל, ואתם רואים צעצוע ב-15 שקל וממתק ב-7 שקל - מה תבחרו לקנות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עודף אקבל אם קניתי משהו ב-8 שקל ונתתי 10 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להשוות מחירים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לצורך ודוגמה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קונה נבון/ה -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