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קונה נבון/ה -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מחירים ועודף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השוואת מחירים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כדאי לעצור ולחשוב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חנות ב'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כדאי להשוות מחירים לפני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התנהגות של צרכנות נבונה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(כסף שחוזר אחרי התשלום)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(בדיקה איפה המוצר זול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(דבר שבאמת 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(דבר שרק בא 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רואים מוצר שרוצים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זה צורך או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משווים מחירים בין חנויות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מחשבים אם יש מספיק 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חשוב שהתלמיד יסביר שאי אפשר לקנות את שניהם יחד כי זה 22 שקל, ויבחר אחד מהם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2 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לקנות במחיר הכי משתלם ולחסוך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- למשל אוכל הוא צורך, צעצוע הוא 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פתקי כסף מדומים כדי לתרגל חישוב עודף בצורה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בדוגמאות אמיתיות מהחיים של התלמידים לגבי צורך מול 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לשחק משחק תפקידים של קונה ומוכר כדי לתרגל את המיומנויות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קונה נבון/ה -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מה שקונה נבון יודע לעשות: לחשב כסף נכון, להשוות מחירים, ולחשוב רגע לפני שקונים משהו.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להשוות  ·  עודף  ·  חשוב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קנית עט ב-7 שקלים ונתת 10 שקלים. כמה עודף תקבלי?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חנות א' מוכרת מחברת ב-12 שקל, חנות ב' מוכרת אותה מחברת ב-9 שקל. באיזו חנות כדאי לקנות?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חנות א'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חנות ב'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משנה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תמיד כדאי לקנות בחנות הראשונה שרואים בלי להשוות מחירים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עודף הוא הכסף שמקבלים בחזרה אחרי התשלום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קונה נבון עוצר לחשוב לפני שהוא קונה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הכסף שמקבלים בחזרה אחרי התשלום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שקונים כדאי __________ מחירים בין חנויות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קונה נבון עוצר ל__________ לפני קנייה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בדיקה איפה המוצר זול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השוואת מחירים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כסף שחוזר אחרי התשלום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דבר שרק בא 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דבר שבאמת צריך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מחשבים אם יש מספיק כסף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משווים מחירים בין חנויות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רואים מוצר שרוצים לקנות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זה צורך או רצון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אם יש לכם 20 שקל, ואתם רואים צעצוע ב-15 שקל וממתק ב-7 שקל - מה תבחרו לקנות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עודף אקבל אם קניתי משהו ב-8 שקל ונתתי 10 שקל?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כדאי להשוות מחירים לפני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קונה נבון/ה -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